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 w:eastAsia="黑体"/>
          <w:b/>
          <w:sz w:val="36"/>
        </w:rPr>
        <w:t>Day03 流程控制与循环 —— 练习题（学生版）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说明：本卷依据 day03 知识点（条件表达式、pass、range、while/for、break/continue、循环 else、嵌套循环）命题。编程题侧重业务场景，请独立完成。选择题每题 1 分，编程题每题自行按完成度评分。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班级：__________  姓名：__________  学号：__________</w:t>
      </w:r>
    </w:p>
    <w:p>
      <w:pPr>
        <w:pStyle w:val="Heading1"/>
      </w:pPr>
      <w:r>
        <w:rPr>
          <w:rFonts w:ascii="Times New Roman" w:hAnsi="Times New Roman" w:eastAsia="黑体"/>
          <w:color w:val="000000"/>
        </w:rPr>
        <w:t>一、选择题（共 30 题）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1. 下列关于条件表达式（三元运算）的写法，正确的是：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if 条件: 真值 else: 假值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真值 if 条件 else 假值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条件 ? 真值 : 假值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真值 else 条件 if 假值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2. 执行 result = "VIP" if score &gt;= 90 else "普通"，当 score=85 时，result 的值是：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VIP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普通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True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报错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3. 关于 pass 语句，下列说法正确的是：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pass 会结束当前循环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pass 是空语句，用于占位，语法上让代码块不为空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pass 只能写在 if 中，不能写在函数里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执行 pass 会打印 None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4. list(range(5)) 的结果是：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[1, 2, 3, 4, 5]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[0, 1, 2, 3, 4]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[0, 1, 2, 3, 4, 5]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[5]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5. list(range(1, 10, 2)) 的结果是：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[1, 3, 5, 7, 9]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[1, 3, 5, 7, 9, 11]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[2, 4, 6, 8, 10]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[1, 2, 3, 4, 5, 6, 7, 8, 9]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6. list(range(8, 2, -2)) 的结果是：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[8, 6, 4, 2]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[8, 6, 4]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[2, 4, 6, 8]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[8, 6, 4, 2, 0]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7. 下列哪个表达式的值为 True？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5 in range(1, 5)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5 in range(1, 6)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6 in range(1, 6)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0 in range(1, 6)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8. 关于 range 对象，下列说法错误的是：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range 本身不是列表，可用 list() 转换查看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range 按需产生整数，较节省内存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range(10) 实际等价于从 0 到 9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range 只能正向生成，不能倒序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9. while 循环的四大要素不包括：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初始化（从哪开始）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循环条件（到哪结束）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更新变量（趋近结束）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return 返回值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10. 下列代码会输出几次「Hello」？</w:t>
        <w:br/>
        <w:t>i = 1</w:t>
        <w:br/>
        <w:t>while i &lt;= 3:</w:t>
        <w:br/>
        <w:t xml:space="preserve">    print("Hello")</w:t>
        <w:br/>
        <w:t xml:space="preserve">    i += 1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1 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2 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3 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无限次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11. 下列代码的问题是什么？</w:t>
        <w:br/>
        <w:t>i = 1</w:t>
        <w:br/>
        <w:t>while i &lt;= 5:</w:t>
        <w:br/>
        <w:t xml:space="preserve">    print(i)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语法错误，while 不能这样写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死循环，缺少更新变量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只会打印一次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不会执行循环体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12. 外层循环控制「仓库货架数」，内层控制「每架商品数」。内层计数变量应如何处理？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只在程序开头初始化一次即可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每进入新的外层一轮时，重新初始化内层计数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内层计数永远不能重置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必须用 for，不能用 while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13. for ch in "Python": 循环会执行几次？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1 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5 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6 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不确定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14. 关于 for ch in ("abc"): ，下列说法正确的是：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("abc") 是含一个元素的元组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("abc") 仍是字符串，按字符遍历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会报错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只循环一次，变量 ch 为 "abc"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15. 不关心循环变量本身时，下列哪种写法更常见、更规范？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for i in range(5): 但从不使用 i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for _ in range(5):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while True: break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for None in range(5):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16. break 的作用是：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结束本次循环，继续下一次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立刻结束整个循环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跳过 else 分支并继续循环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清空循环变量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17. continue 的作用是：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立刻结束整个循环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结束本次循环，进入下一次循环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一定不会执行循环的 else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等价于 pass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18. 下列代码输出什么？</w:t>
        <w:br/>
        <w:t>for n in range(1, 5):</w:t>
        <w:br/>
        <w:t xml:space="preserve">    if n == 3:</w:t>
        <w:br/>
        <w:t xml:space="preserve">        break</w:t>
        <w:br/>
        <w:t xml:space="preserve">    print(n, end="")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1234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12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124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123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19. 下列代码输出什么？</w:t>
        <w:br/>
        <w:t>for n in range(1, 5):</w:t>
        <w:br/>
        <w:t xml:space="preserve">    if n == 3:</w:t>
        <w:br/>
        <w:t xml:space="preserve">        continue</w:t>
        <w:br/>
        <w:t xml:space="preserve">    print(n, end="")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1234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12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124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34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20. 关于 for/while 的 else，下列说法正确的是：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只要循环执行过，就一定执行 else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循环被 break 打断后，仍会执行 else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循环正常结束且未被 break，才执行 else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continue 会导致 else 不执行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21. 库存盘点：遍历货架找某 SKU，找到则 break；若整趟没找到应提示「缺货」。最合适的写法是：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循环后无条件 print("缺货")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for ... : 找到 break；配合 else: print("缺货")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只能用 if-else，不能用循环 else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用 continue 代替 break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22. 嵌套循环打印表格时，常见约定是：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外循环控列，内循环控行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外循环控行，内循环控列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只能用 while，不能用 for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内外循环变量必须同名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23. print("*", end="\t") 的作用是：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打印 * 后换行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打印 * 后不换行，后面跟一个制表符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只打印制表符，不打印 *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语法错误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24. 在坐标扫描中，若用 abs(i)+abs(j)==n 判断落点，得到的图形轮廓通常是：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圆形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矩形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菱形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三角形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25. 条件表达式最适合的场景是：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需要多行复杂分支处理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简单二选一赋值或输出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必须配合 break 使用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只能判断奇偶，不能判断其他条件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26. 下列代码打印的偶数个数是？</w:t>
        <w:br/>
        <w:t>num = 0</w:t>
        <w:br/>
        <w:t>while num &lt;= 10:</w:t>
        <w:br/>
        <w:t xml:space="preserve">    print(num)</w:t>
        <w:br/>
        <w:t xml:space="preserve">    num += 2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5 个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6 个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10 个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11 个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27. while 与 for 选用时，下列说法更合理的是：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任何场景都必须用 while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次数未知、依赖条件变化时 while 更自然；遍历集合或固定次数时 for 更清晰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for 不能配合 range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while 不能嵌套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28. 在 while 中使用 continue 时，特别要注意：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continue 之后不能再写任何代码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循环变量的更新应放在 continue 之前，否则可能死循环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continue 会自动把计数器加 1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continue 只能用于 for，不能用于 while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29. 执行下列代码，else 会不会执行？</w:t>
        <w:br/>
        <w:t>for i in range(3):</w:t>
        <w:br/>
        <w:t xml:space="preserve">    if i == 1:</w:t>
        <w:br/>
        <w:t xml:space="preserve">        break</w:t>
        <w:br/>
        <w:t>else:</w:t>
        <w:br/>
        <w:t xml:space="preserve">    print("OK")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会，打印 OK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不会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会打印三次 OK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报错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30. 下列哪项不是 day03「流程控制/循环」章节的核心内容？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A. 条件表达式与 pass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B. range、while、for、break/continue、循环 else、嵌套循环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C. 文件读写与异常处理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D. 嵌套循环打印图形与表格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 xml:space="preserve">    答案：______</w:t>
      </w:r>
    </w:p>
    <w:p>
      <w:pPr>
        <w:pStyle w:val="Heading1"/>
      </w:pPr>
      <w:r>
        <w:rPr>
          <w:rFonts w:ascii="Times New Roman" w:hAnsi="Times New Roman" w:eastAsia="黑体"/>
          <w:color w:val="000000"/>
        </w:rPr>
        <w:t>二、编程题（共 30 题）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要求：写出完整可运行代码；注意缩进；必要时添加简要注释。</w:t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1. 【会员折扣提示】输入顾客消费金额 amount（浮点数）和是否会员 member（y/n）。</w:t>
        <w:br/>
        <w:t>要求：用条件表达式计算应付金额——会员打 8.8 折，非会员原价；输出应付金额（保留两位小数）。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2. 【快递时效标签】输入寄件距离 km（整数）。</w:t>
        <w:br/>
        <w:t>规则：km &lt;= 50 显示「当日达」；否则显示「次日达」。要求必须用条件表达式输出。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3. 【考勤状态骨架】输入员工打卡结果 status（字符串，预期为 正常/迟到/缺勤）。</w:t>
        <w:br/>
        <w:t>先用 if-elif-else 搭好三分支骨架，每支先写 pass；再补全：分别打印「记全勤」「记迟到一次」「记旷工」。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4. 【货架编号生成】某仓库货架编号从 101 到 110（含）。</w:t>
        <w:br/>
        <w:t>用 range 生成这些编号，转为列表后打印；并判断 108 是否在该序列中，打印 True/False。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5. 【倒序派单号】系统要展示待处理工单号：20、18、16、14、12。</w:t>
        <w:br/>
        <w:t>用一条 range 生成该序列，打印 list 结果。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6. 【停车场计费累计】停车场按小时收费，第 1 小时起依次为第 1、2、3…小时。</w:t>
        <w:br/>
        <w:t>用 while 循环模拟：从 hour=1 开始，每小时费用为 5 元，累计到 hour=8 为止，最后打印总费用。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7. 【库存预警扫描】商品库存数量依次可能为 1 到 30。</w:t>
        <w:br/>
        <w:t>用 while 遍历 1~30，当库存量 stock 能被 5 整除时打印「补货提醒:库存x」（x 为该数）。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8. 【阶梯电费粗算】某用户本月用电从 10 度开始，每次统计增加 10 度，最多统计 6 档，且用电量不超过 80。</w:t>
        <w:br/>
        <w:t>每档打印：用电量 以及 预估费用=用电量*0.6。要求 while 使用复合条件。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9. 【订单号脱敏遍历】有订单号字符串 order = "A9B2C7"。</w:t>
        <w:br/>
        <w:t>用 for-in 逐个字符打印；若字符是数字则打印「*」代替原数字，字母原样打印（每个字符单独一行）。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10. 【批量发送短信】需要给 5 位客户发送相同通知。</w:t>
        <w:br/>
        <w:t>用 for _ in range(...) 打印 5 行：「短信已发送」。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11. 【业绩达标筛选】团队成员本月销售额列表 sales = [12000, 8000, 15000, 6000, 20000]。</w:t>
        <w:br/>
        <w:t>用 for 遍历，打印所有不低于 10000 的销售额。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12. 【发票连号校验】发票号码从 1001 到 1012。</w:t>
        <w:br/>
        <w:t>用 for + range 打印所有号码；并计算这些号码之和后输出。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13. 【客服工单领取】客服一次最多处理 10 个工单（编号 1~10）。</w:t>
        <w:br/>
        <w:t>每处理一个前打印「处理工单x」；然后输入是否暂停（y/n），若输入 y 则 break 停止领取。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14. 【不合格商品跳过】流水线检测 8 个产品，编号 1~8。</w:t>
        <w:br/>
        <w:t>对每个产品输入质检结果（ok/ng）。若为 ng：打印「报废，进入下一个」并 continue；</w:t>
        <w:br/>
        <w:t>若为 ok：打印「装箱」。注意 while 写法时更新变量位置，避免死循环。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15. 【优惠券核销】用户最多尝试输入券码 3 次，正确券码为 SAVE20。</w:t>
        <w:br/>
        <w:t>输入正确：打印「核销成功」并 break；若 3 次都错：利用循环 else 打印「券码失效，请重新领取」。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16. 【会议室预约查找】可选时段编号 1~6，目标时段 target 由用户输入（整数）。</w:t>
        <w:br/>
        <w:t>用 for 查找：找到打印「可预约」并 break；找不到走 else 打印「该时段已满」。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17. 【一周营业额统计】已知 7 天营业额列表 week = [3200, 4100, 2800, 5000, 4600, 3900, 5200]。</w:t>
        <w:br/>
        <w:t>用 for 计算总和与平均值（平均值=总和/7），分别打印。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18. 【多门店多收银台】连锁店有 3 家门店，每家有 4 个收银台。</w:t>
        <w:br/>
        <w:t>用嵌套 while：外层门店 1~3，内层收银台 1~4；</w:t>
        <w:br/>
        <w:t>打印格式：门店x-收银台y。注意每换一家门店，内层收银台计数必须重置。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19. 【座位表打印】教室 5 行 6 列座位。</w:t>
        <w:br/>
        <w:t>用嵌套 for 打印座位号，每个座位打印 "S"，同一行座位用制表符分隔，行末换行。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20. 【价格档位表】打印 1~5 档商品的「档位×单价试算」。</w:t>
        <w:br/>
        <w:t>规则：第 i 档打印 i 列，每列格式为 j*i=乘积（j 从 1 到 i），列之间用制表符，行末换行。</w:t>
        <w:br/>
        <w:t>（结构类似乘法表，但输出标题改为业务含义即可，计算规则相同。）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21. 【积分兑换阶梯】用户积分从 100 起，每次兑换消耗 100，直到积分小于 100 为止。</w:t>
        <w:br/>
        <w:t>用 while 打印每次兑换后的剩余积分；最后打印「兑换结束」。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22. 【贷款期数利息粗算】本金 principal=10000，年利率年化简化为每月利息=本金*0.003。</w:t>
        <w:br/>
        <w:t>用 for 循环模拟 12 期，每期打印：期数、当月利息（不要求复利滚入本金）。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23. 【冷链温度抽检】温度记录列表 temps = [2, 5, 8, 3, 9, 4]。</w:t>
        <w:br/>
        <w:t>用 for 遍历：若温度 &gt; 6，打印「异常:温度x」并 continue；否则打印「正常」。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24. 【找零面额组合提示】收银员可用硬币面额仅模拟为 1 元累加。</w:t>
        <w:br/>
        <w:t>输入应付金额 n（正整数），用 while 从 1 累加到 n，求 1 到 n 的和作为「演示找零筹码总数」并打印。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25. 【班车站点报站】站点名列表 stops = ["火车站", "市中心", "高铁站", "机场"]。</w:t>
        <w:br/>
        <w:t>用 for 打印「下一站：xxx」；若站点为「机场」则再打印「终点站到了」并 break。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26. 【仓储库位坐标轮廓】用嵌套循环扫描 i、j 从 -4 到 4。</w:t>
        <w:br/>
        <w:t>当 abs(i)+abs(j)==4 时打印 "#"，否则打印空格；同一行用 end 控制不换行，行末换行。</w:t>
        <w:br/>
        <w:t>（业务含义：打印库位菱形作业区轮廓示意）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27. 【会员等级批处理】等级分数 grade 从 1 到 10。</w:t>
        <w:br/>
        <w:t>用 for + 条件表达式：分数&gt;=8 标记 "金卡"，否则 "银卡"；打印「分数x:等级」。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28. 【进销存：多批次入库明细】共 2 个批次，每批入库 5 箱。</w:t>
        <w:br/>
        <w:t>用嵌套 for 打印：批次b-第c箱已入库。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29. 【密码键盘锁定】ATM 允许输入取款密码最多 3 次，正确密码为 2580。</w:t>
        <w:br/>
        <w:t>正确：打印「取款成功」并 break；三次均错走 else 打印「卡片已锁定」。</w:t>
        <w:br/>
        <w:t>要求：密码正确时不得误走 else。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p>
      <w:pPr>
        <w:spacing w:after="120" w:line="300" w:lineRule="auto"/>
      </w:pPr>
      <w:r>
        <w:rPr>
          <w:rFonts w:ascii="Times New Roman" w:hAnsi="Times New Roman" w:eastAsia="宋体"/>
          <w:b/>
          <w:sz w:val="24"/>
        </w:rPr>
        <w:t>30. 【销售漏斗统计】线索列表 leads = ["有效", "无效", "有效", "有效", "无效"]。</w:t>
        <w:br/>
        <w:t>用 for 统计「有效」数量；若最终有效数&gt;=3 用条件表达式打印「可立项」，否则打印「继续培育」。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t>【作答区】</w:t>
      </w:r>
    </w:p>
    <w:p>
      <w:pPr>
        <w:spacing w:after="120" w:line="300" w:lineRule="auto"/>
      </w:pPr>
      <w:r>
        <w:rPr>
          <w:rFonts w:ascii="Times New Roman" w:hAnsi="Times New Roman" w:eastAsia="宋体"/>
          <w:b w:val="0"/>
          <w:sz w:val="24"/>
        </w:rPr>
        <w:br/>
        <w:br/>
        <w:br/>
      </w:r>
    </w:p>
    <w:sectPr w:rsidR="00FC693F" w:rsidRPr="0006063C" w:rsidSect="00034616">
      <w:pgSz w:w="12240" w:h="15840"/>
      <w:pgMar w:top="1247" w:right="1247" w:bottom="124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